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7848"/>
        <w:gridCol w:w="1512"/>
      </w:tblGrid>
      <w:tr w:rsidR="00491D52" w14:paraId="0F6F53FE" w14:textId="77777777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B248A" w14:textId="77777777" w:rsidR="00491D52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5D84601" wp14:editId="2502575A">
                  <wp:extent cx="2560320" cy="689635"/>
                  <wp:effectExtent l="0" t="0" r="0" b="0"/>
                  <wp:docPr id="1" name="Picture 1" descr="Jewish Federation of Dutchess County logo" title="Jewish Federation of Dutchess Coun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fe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6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753B" w14:textId="77777777" w:rsidR="00491D52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65DDDA01" wp14:editId="0B014F0E">
                  <wp:extent cx="512064" cy="512064"/>
                  <wp:effectExtent l="0" t="0" r="0" b="0"/>
                  <wp:docPr id="2" name="Picture 2" descr="Illustrated Wiffle ball" title="Wiffle 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iffle_b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5FEFB" w14:textId="77777777" w:rsidR="00491D52" w:rsidRDefault="00491D52">
      <w:pPr>
        <w:spacing w:after="20"/>
      </w:pPr>
    </w:p>
    <w:p w14:paraId="4443B681" w14:textId="77777777" w:rsidR="00491D52" w:rsidRDefault="00000000">
      <w:pPr>
        <w:spacing w:after="40"/>
      </w:pPr>
      <w:r>
        <w:rPr>
          <w:b/>
          <w:color w:val="D4442E"/>
          <w:sz w:val="20"/>
        </w:rPr>
        <w:t>TEAM CAPTAIN GUIDE</w:t>
      </w:r>
    </w:p>
    <w:p w14:paraId="74BD4C1A" w14:textId="77777777" w:rsidR="00491D52" w:rsidRDefault="00000000">
      <w:pPr>
        <w:keepNext/>
        <w:spacing w:after="40"/>
      </w:pPr>
      <w:r>
        <w:rPr>
          <w:b/>
          <w:color w:val="1746B5"/>
          <w:sz w:val="41"/>
        </w:rPr>
        <w:t>7th Annual "Hit After The Holidays"</w:t>
      </w:r>
    </w:p>
    <w:p w14:paraId="1D1D6819" w14:textId="77777777" w:rsidR="00491D52" w:rsidRDefault="00000000">
      <w:pPr>
        <w:spacing w:after="140"/>
      </w:pPr>
      <w:r>
        <w:rPr>
          <w:b/>
          <w:color w:val="173B73"/>
          <w:sz w:val="23"/>
        </w:rPr>
        <w:t>JFedDC Wiffle Ball Tournament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491D52" w14:paraId="0FC5D97F" w14:textId="77777777">
        <w:tc>
          <w:tcPr>
            <w:tcW w:w="9360" w:type="dxa"/>
            <w:shd w:val="clear" w:color="auto" w:fill="D4442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C2F5B15" w14:textId="77777777" w:rsidR="00491D5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6"/>
              </w:rPr>
              <w:t>SUNDAY, OCTOBER 25, 2026  |  12:30PM</w:t>
            </w:r>
          </w:p>
        </w:tc>
      </w:tr>
    </w:tbl>
    <w:p w14:paraId="34359EB3" w14:textId="77777777" w:rsidR="00491D52" w:rsidRDefault="00491D52">
      <w:pPr>
        <w:spacing w:after="6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232"/>
        <w:gridCol w:w="7128"/>
      </w:tblGrid>
      <w:tr w:rsidR="00491D52" w14:paraId="2DA59CCA" w14:textId="77777777">
        <w:tc>
          <w:tcPr>
            <w:tcW w:w="2232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161066" w14:textId="77777777" w:rsidR="00B0387C" w:rsidRDefault="00000000">
            <w:r>
              <w:rPr>
                <w:b/>
                <w:color w:val="1F4E79"/>
                <w:sz w:val="18"/>
              </w:rPr>
              <w:t>Location</w:t>
            </w:r>
          </w:p>
        </w:tc>
        <w:tc>
          <w:tcPr>
            <w:tcW w:w="7128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7FC496" w14:textId="77777777" w:rsidR="00B0387C" w:rsidRDefault="00000000">
            <w:r>
              <w:rPr>
                <w:color w:val="000000"/>
                <w:sz w:val="18"/>
              </w:rPr>
              <w:t>Congregation Schomre Israel, 18 Park Avenue, Poughkeepsie</w:t>
            </w:r>
          </w:p>
        </w:tc>
      </w:tr>
      <w:tr w:rsidR="00491D52" w14:paraId="6B5BD49D" w14:textId="77777777">
        <w:tc>
          <w:tcPr>
            <w:tcW w:w="2232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7CB33F" w14:textId="77777777" w:rsidR="00B0387C" w:rsidRDefault="00000000">
            <w:r>
              <w:rPr>
                <w:b/>
                <w:color w:val="1F4E79"/>
                <w:sz w:val="18"/>
              </w:rPr>
              <w:t>Team Deadlines</w:t>
            </w:r>
          </w:p>
        </w:tc>
        <w:tc>
          <w:tcPr>
            <w:tcW w:w="7128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F544C3" w14:textId="77777777" w:rsidR="00B0387C" w:rsidRDefault="00000000">
            <w:r>
              <w:rPr>
                <w:color w:val="000000"/>
                <w:sz w:val="18"/>
              </w:rPr>
              <w:t>Confirm by Friday, October 16; rosters due Wednesday, October 21</w:t>
            </w:r>
          </w:p>
        </w:tc>
      </w:tr>
      <w:tr w:rsidR="00491D52" w14:paraId="710C52B6" w14:textId="77777777">
        <w:tc>
          <w:tcPr>
            <w:tcW w:w="2232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F87AD4" w14:textId="77777777" w:rsidR="00B0387C" w:rsidRDefault="00000000">
            <w:r>
              <w:rPr>
                <w:b/>
                <w:color w:val="1F4E79"/>
                <w:sz w:val="18"/>
              </w:rPr>
              <w:t>Team Entry Fee</w:t>
            </w:r>
          </w:p>
        </w:tc>
        <w:tc>
          <w:tcPr>
            <w:tcW w:w="7128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CF128" w14:textId="77777777" w:rsidR="00B0387C" w:rsidRPr="00265D32" w:rsidRDefault="00000000">
            <w:pPr>
              <w:rPr>
                <w:sz w:val="18"/>
                <w:szCs w:val="18"/>
              </w:rPr>
            </w:pPr>
            <w:r w:rsidRPr="00265D32">
              <w:rPr>
                <w:sz w:val="18"/>
                <w:szCs w:val="18"/>
              </w:rPr>
              <w:t>Waived for 2026</w:t>
            </w:r>
          </w:p>
        </w:tc>
      </w:tr>
    </w:tbl>
    <w:p w14:paraId="00CDFF64" w14:textId="77777777" w:rsidR="00B0387C" w:rsidRDefault="00000000">
      <w:pPr>
        <w:spacing w:before="120" w:after="60"/>
      </w:pPr>
      <w:r>
        <w:rPr>
          <w:b/>
          <w:color w:val="D4442E"/>
          <w:sz w:val="21"/>
        </w:rPr>
        <w:t>ABOUT THE TOURNAMENT</w:t>
      </w:r>
    </w:p>
    <w:p w14:paraId="79CB48C3" w14:textId="77777777" w:rsidR="00B0387C" w:rsidRDefault="00000000">
      <w:pPr>
        <w:spacing w:after="60" w:line="240" w:lineRule="auto"/>
      </w:pPr>
      <w:r>
        <w:rPr>
          <w:sz w:val="19"/>
        </w:rPr>
        <w:t>Teams can come together from anywhere in the community: congregations, families, friends, neighbors, coworkers, clubs, or community groups. Celebrating a bar or bat mitzvah this fall? Rally a Mitzvah Team in honor of the celebration!</w:t>
      </w:r>
    </w:p>
    <w:p w14:paraId="06B34BD8" w14:textId="77777777" w:rsidR="00491D52" w:rsidRDefault="00000000">
      <w:pPr>
        <w:keepNext/>
        <w:spacing w:before="120" w:after="60"/>
      </w:pPr>
      <w:r>
        <w:rPr>
          <w:b/>
          <w:color w:val="D4442E"/>
        </w:rPr>
        <w:t>PLANNED GAME-DAY SCHEDULE</w:t>
      </w:r>
    </w:p>
    <w:tbl>
      <w:tblPr>
        <w:tblW w:w="2664" w:type="dxa"/>
        <w:tblLayout w:type="fixed"/>
        <w:tblLook w:val="04A0" w:firstRow="1" w:lastRow="0" w:firstColumn="1" w:lastColumn="0" w:noHBand="0" w:noVBand="1"/>
      </w:tblPr>
      <w:tblGrid>
        <w:gridCol w:w="2664"/>
      </w:tblGrid>
      <w:tr w:rsidR="00981200" w14:paraId="4C8EC298" w14:textId="77777777" w:rsidTr="00981200">
        <w:tc>
          <w:tcPr>
            <w:tcW w:w="2664" w:type="dxa"/>
            <w:tcBorders>
              <w:top w:val="single" w:sz="6" w:space="0" w:color="5E7FCC"/>
              <w:left w:val="single" w:sz="6" w:space="0" w:color="5E7FCC"/>
              <w:bottom w:val="single" w:sz="6" w:space="0" w:color="5E7FCC"/>
              <w:right w:val="single" w:sz="6" w:space="0" w:color="5E7FCC"/>
            </w:tcBorders>
            <w:shd w:val="clear" w:color="auto" w:fill="EAF0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144CF" w14:textId="77777777" w:rsidR="00981200" w:rsidRDefault="00981200">
            <w:pPr>
              <w:spacing w:after="40"/>
              <w:jc w:val="center"/>
            </w:pPr>
            <w:r>
              <w:rPr>
                <w:b/>
                <w:color w:val="D4442E"/>
                <w:sz w:val="20"/>
              </w:rPr>
              <w:t>12:30PM</w:t>
            </w:r>
          </w:p>
          <w:p w14:paraId="3F697A89" w14:textId="77777777" w:rsidR="00981200" w:rsidRDefault="00981200">
            <w:pPr>
              <w:spacing w:after="0"/>
              <w:jc w:val="center"/>
            </w:pPr>
            <w:r>
              <w:rPr>
                <w:b/>
                <w:color w:val="173B73"/>
                <w:sz w:val="16"/>
              </w:rPr>
              <w:t>Welcome and play begin</w:t>
            </w:r>
          </w:p>
        </w:tc>
      </w:tr>
    </w:tbl>
    <w:p w14:paraId="1BCC1F7B" w14:textId="77777777" w:rsidR="00491D52" w:rsidRDefault="00000000">
      <w:pPr>
        <w:keepNext/>
        <w:spacing w:before="120" w:after="60"/>
      </w:pPr>
      <w:r>
        <w:rPr>
          <w:b/>
          <w:color w:val="D4442E"/>
        </w:rPr>
        <w:t>TEAMS AND ROSTERS</w:t>
      </w:r>
    </w:p>
    <w:p w14:paraId="00E0787F" w14:textId="77777777" w:rsidR="00491D52" w:rsidRDefault="00000000">
      <w:pPr>
        <w:pStyle w:val="ListBullet"/>
        <w:spacing w:after="44"/>
      </w:pPr>
      <w:r>
        <w:rPr>
          <w:sz w:val="19"/>
        </w:rPr>
        <w:t>Teams may list a minimum of 5 players and up to 20 players and alternates in case someone is unable to attend.</w:t>
      </w:r>
    </w:p>
    <w:p w14:paraId="3E7B4633" w14:textId="77777777" w:rsidR="00491D52" w:rsidRDefault="00000000">
      <w:pPr>
        <w:pStyle w:val="ListBullet"/>
        <w:spacing w:after="44"/>
      </w:pPr>
      <w:r>
        <w:rPr>
          <w:sz w:val="19"/>
        </w:rPr>
        <w:t>Teams must be co-ed. Players of all ages are welcome.</w:t>
      </w:r>
    </w:p>
    <w:p w14:paraId="1A40F6DC" w14:textId="77777777" w:rsidR="00491D52" w:rsidRDefault="00000000">
      <w:pPr>
        <w:pStyle w:val="ListBullet"/>
        <w:spacing w:after="44"/>
      </w:pPr>
      <w:r>
        <w:rPr>
          <w:sz w:val="19"/>
        </w:rPr>
        <w:t>Every player must be listed on the team roster and sign the Participant Acknowledgment at check-in before playing.</w:t>
      </w:r>
    </w:p>
    <w:p w14:paraId="494B1D2E" w14:textId="77777777" w:rsidR="00491D52" w:rsidRDefault="00000000" w:rsidP="00981200">
      <w:pPr>
        <w:pStyle w:val="ListBullet"/>
        <w:keepNext/>
        <w:numPr>
          <w:ilvl w:val="0"/>
          <w:numId w:val="0"/>
        </w:numPr>
        <w:spacing w:before="120" w:after="60"/>
      </w:pPr>
      <w:r w:rsidRPr="00981200">
        <w:rPr>
          <w:b/>
          <w:color w:val="D4442E"/>
        </w:rPr>
        <w:t>CAPTAIN RESPONSIBILITIES</w:t>
      </w:r>
    </w:p>
    <w:p w14:paraId="4BF33A1B" w14:textId="77777777" w:rsidR="00B61393" w:rsidRPr="00B61393" w:rsidRDefault="00B61393">
      <w:pPr>
        <w:pStyle w:val="ListBullet"/>
        <w:spacing w:after="44"/>
        <w:rPr>
          <w:rFonts w:cs="Arial"/>
          <w:sz w:val="19"/>
          <w:szCs w:val="19"/>
        </w:rPr>
      </w:pPr>
      <w:r w:rsidRPr="00B61393">
        <w:rPr>
          <w:rFonts w:cs="Arial"/>
          <w:color w:val="000000"/>
          <w:sz w:val="19"/>
          <w:szCs w:val="19"/>
        </w:rPr>
        <w:t>Confirm your team by October 16—even if your full roster is not complete—using the short online team-registration form. Recruit five to twenty players and submit the completed roster by October 21.</w:t>
      </w:r>
    </w:p>
    <w:p w14:paraId="01666F19" w14:textId="176D0205" w:rsidR="00B0387C" w:rsidRDefault="00000000">
      <w:pPr>
        <w:pStyle w:val="ListBullet"/>
        <w:spacing w:after="44"/>
      </w:pPr>
      <w:r>
        <w:rPr>
          <w:sz w:val="19"/>
        </w:rPr>
        <w:t>Need additional players? Let us know. We can help connect you with people looking for a team.</w:t>
      </w:r>
    </w:p>
    <w:p w14:paraId="51C0D01F" w14:textId="77777777" w:rsidR="00491D52" w:rsidRDefault="00000000">
      <w:pPr>
        <w:pStyle w:val="ListBullet"/>
        <w:spacing w:after="44"/>
      </w:pPr>
      <w:r>
        <w:rPr>
          <w:sz w:val="19"/>
        </w:rPr>
        <w:t>Make sure players know to check in and sign the Participant Acknowledgment before playing, as well as the equipment policy and no-running rule.</w:t>
      </w:r>
    </w:p>
    <w:p w14:paraId="6CFD1E63" w14:textId="77777777" w:rsidR="00491D52" w:rsidRDefault="00000000" w:rsidP="00981200">
      <w:pPr>
        <w:pStyle w:val="ListBullet"/>
        <w:keepNext/>
        <w:numPr>
          <w:ilvl w:val="0"/>
          <w:numId w:val="0"/>
        </w:numPr>
        <w:spacing w:before="120" w:after="60"/>
      </w:pPr>
      <w:r w:rsidRPr="00981200">
        <w:rPr>
          <w:b/>
          <w:color w:val="D4442E"/>
        </w:rPr>
        <w:t>EQUIPMENT AND WEATHER</w:t>
      </w:r>
    </w:p>
    <w:p w14:paraId="45839B33" w14:textId="77777777" w:rsidR="00491D52" w:rsidRDefault="00000000">
      <w:pPr>
        <w:spacing w:after="60"/>
      </w:pPr>
      <w:r>
        <w:rPr>
          <w:b/>
          <w:color w:val="173B73"/>
          <w:sz w:val="19"/>
        </w:rPr>
        <w:t xml:space="preserve">Equipment: </w:t>
      </w:r>
      <w:r>
        <w:rPr>
          <w:sz w:val="19"/>
        </w:rPr>
        <w:t xml:space="preserve">JFedDC supplies Wiffle balls and bats. </w:t>
      </w:r>
    </w:p>
    <w:p w14:paraId="64E5C845" w14:textId="77777777" w:rsidR="00491D52" w:rsidRDefault="00000000">
      <w:pPr>
        <w:spacing w:after="0"/>
      </w:pPr>
      <w:r>
        <w:rPr>
          <w:b/>
          <w:color w:val="173B73"/>
          <w:sz w:val="19"/>
        </w:rPr>
        <w:t xml:space="preserve">Weather: Any weather-related changes will be sent to captains by email and text. Please share updates with all players. </w:t>
      </w:r>
    </w:p>
    <w:p w14:paraId="5E40E99D" w14:textId="77777777" w:rsidR="00B0387C" w:rsidRDefault="00000000">
      <w:pPr>
        <w:spacing w:before="120" w:after="60"/>
      </w:pPr>
      <w:r>
        <w:rPr>
          <w:b/>
          <w:color w:val="D4442E"/>
          <w:sz w:val="21"/>
        </w:rPr>
        <w:t>WHAT TO EXPECT</w:t>
      </w:r>
    </w:p>
    <w:p w14:paraId="7B4F111C" w14:textId="77777777" w:rsidR="00B0387C" w:rsidRDefault="00000000">
      <w:pPr>
        <w:spacing w:after="60"/>
      </w:pPr>
      <w:r>
        <w:rPr>
          <w:sz w:val="19"/>
        </w:rPr>
        <w:t>Kosher food for purchase, raffles, PJ Library crafts, and plenty of cheering. Rally family, friends, neighbors, congregation members, and coworkers to come root for your team - spectators are welcome!</w:t>
      </w:r>
    </w:p>
    <w:p w14:paraId="235060A6" w14:textId="77777777" w:rsidR="00491D52" w:rsidRDefault="00000000">
      <w:r>
        <w:br w:type="page"/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7848"/>
        <w:gridCol w:w="1512"/>
      </w:tblGrid>
      <w:tr w:rsidR="00491D52" w14:paraId="25736BED" w14:textId="77777777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89559" w14:textId="77777777" w:rsidR="00491D52" w:rsidRDefault="00000000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4C4274C6" wp14:editId="2C869B9C">
                  <wp:extent cx="2560320" cy="689635"/>
                  <wp:effectExtent l="0" t="0" r="0" b="0"/>
                  <wp:docPr id="3" name="Picture 3" descr="Jewish Federation of Dutchess County logo" title="Jewish Federation of Dutchess Coun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fe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6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65764" w14:textId="77777777" w:rsidR="00491D52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430C74AE" wp14:editId="4FE51C37">
                  <wp:extent cx="512064" cy="512064"/>
                  <wp:effectExtent l="0" t="0" r="0" b="0"/>
                  <wp:docPr id="4" name="Picture 4" descr="Illustrated Wiffle ball" title="Wiffle 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iffle_b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01958" w14:textId="77777777" w:rsidR="00491D52" w:rsidRDefault="00491D52">
      <w:pPr>
        <w:spacing w:after="20"/>
      </w:pPr>
    </w:p>
    <w:p w14:paraId="16D9324B" w14:textId="77777777" w:rsidR="00491D52" w:rsidRDefault="00000000">
      <w:pPr>
        <w:spacing w:after="40"/>
      </w:pPr>
      <w:r>
        <w:rPr>
          <w:b/>
          <w:color w:val="D4442E"/>
          <w:sz w:val="20"/>
        </w:rPr>
        <w:t>TOURNAMENT RULES</w:t>
      </w:r>
    </w:p>
    <w:p w14:paraId="256B1B40" w14:textId="77777777" w:rsidR="00491D52" w:rsidRDefault="00000000">
      <w:pPr>
        <w:keepNext/>
        <w:spacing w:after="40"/>
      </w:pPr>
      <w:r>
        <w:rPr>
          <w:b/>
          <w:color w:val="1746B5"/>
          <w:sz w:val="41"/>
        </w:rPr>
        <w:t>Rules of Play</w:t>
      </w:r>
    </w:p>
    <w:p w14:paraId="19011BFA" w14:textId="77777777" w:rsidR="00491D52" w:rsidRDefault="00000000">
      <w:pPr>
        <w:spacing w:after="140"/>
      </w:pPr>
      <w:r>
        <w:rPr>
          <w:b/>
          <w:color w:val="173B73"/>
          <w:sz w:val="23"/>
        </w:rPr>
        <w:t>Friendly competition. All ages welcome. No base running.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491D52" w14:paraId="07B67AA3" w14:textId="77777777">
        <w:tc>
          <w:tcPr>
            <w:tcW w:w="9360" w:type="dxa"/>
            <w:tcBorders>
              <w:top w:val="single" w:sz="10" w:space="0" w:color="F6D75F"/>
              <w:left w:val="single" w:sz="10" w:space="0" w:color="F6D75F"/>
              <w:bottom w:val="single" w:sz="10" w:space="0" w:color="F6D75F"/>
              <w:right w:val="single" w:sz="10" w:space="0" w:color="F6D75F"/>
            </w:tcBorders>
            <w:shd w:val="clear" w:color="auto" w:fill="FFF6C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9B025C" w14:textId="77777777" w:rsidR="00491D52" w:rsidRDefault="00000000">
            <w:pPr>
              <w:spacing w:after="0"/>
              <w:jc w:val="center"/>
            </w:pPr>
            <w:r>
              <w:rPr>
                <w:b/>
                <w:color w:val="173B73"/>
                <w:sz w:val="23"/>
              </w:rPr>
              <w:t>FIVE PLAYERS PER TEAM ON THE FIELD  |  NO RUNNING</w:t>
            </w:r>
          </w:p>
        </w:tc>
      </w:tr>
    </w:tbl>
    <w:p w14:paraId="7E8B7250" w14:textId="77777777" w:rsidR="00491D52" w:rsidRDefault="00491D52">
      <w:pPr>
        <w:spacing w:after="6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1944"/>
        <w:gridCol w:w="7416"/>
      </w:tblGrid>
      <w:tr w:rsidR="00491D52" w14:paraId="03E90FEB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6AD629F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Pitching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4AD3579" w14:textId="77777777" w:rsidR="00491D52" w:rsidRDefault="00000000">
            <w:pPr>
              <w:spacing w:after="0"/>
            </w:pPr>
            <w:r>
              <w:rPr>
                <w:sz w:val="18"/>
              </w:rPr>
              <w:t>Slow pitch with a visible arc. Excessively fast pitches may be called illegal by the tournament official.</w:t>
            </w:r>
          </w:p>
        </w:tc>
      </w:tr>
      <w:tr w:rsidR="00491D52" w14:paraId="15CF2221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1F145D40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Batting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6B4A2089" w14:textId="77777777" w:rsidR="00491D52" w:rsidRDefault="00000000">
            <w:pPr>
              <w:spacing w:after="0"/>
            </w:pPr>
            <w:r>
              <w:rPr>
                <w:sz w:val="18"/>
              </w:rPr>
              <w:t xml:space="preserve">No bunting. </w:t>
            </w:r>
          </w:p>
        </w:tc>
      </w:tr>
      <w:tr w:rsidR="00491D52" w14:paraId="25B4858A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65D174B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No base running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C5360C6" w14:textId="77777777" w:rsidR="00491D52" w:rsidRDefault="00000000">
            <w:pPr>
              <w:spacing w:after="0"/>
            </w:pPr>
            <w:r>
              <w:rPr>
                <w:sz w:val="18"/>
              </w:rPr>
              <w:t>Players do not physically run bases. The scorekeeper records batter and runner advancement according to the result of each play and the field rules reviewed at the captain meeting.</w:t>
            </w:r>
          </w:p>
        </w:tc>
      </w:tr>
      <w:tr w:rsidR="00491D52" w14:paraId="043F6051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1973D17B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Right field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B382711" w14:textId="77777777" w:rsidR="00491D52" w:rsidRDefault="00000000">
            <w:pPr>
              <w:spacing w:after="0"/>
            </w:pPr>
            <w:r>
              <w:rPr>
                <w:sz w:val="18"/>
              </w:rPr>
              <w:t>A fly ball hit into right field is an out. A fair ball that rolls into right field is a home run.</w:t>
            </w:r>
          </w:p>
        </w:tc>
      </w:tr>
      <w:tr w:rsidR="00491D52" w14:paraId="6B3E8CE1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E5EAC31" w14:textId="77777777" w:rsidR="00491D52" w:rsidRDefault="00981200">
            <w:pPr>
              <w:spacing w:after="0"/>
            </w:pPr>
            <w:r>
              <w:rPr>
                <w:b/>
                <w:color w:val="173B73"/>
                <w:sz w:val="18"/>
              </w:rPr>
              <w:t>Substituting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61008015" w14:textId="77777777" w:rsidR="00491D52" w:rsidRDefault="00000000">
            <w:pPr>
              <w:spacing w:after="0"/>
            </w:pPr>
            <w:r>
              <w:rPr>
                <w:sz w:val="18"/>
              </w:rPr>
              <w:t>Each team fields five players at a time. Captains may substitute rostered players between innings.</w:t>
            </w:r>
          </w:p>
        </w:tc>
      </w:tr>
      <w:tr w:rsidR="00491D52" w14:paraId="40426D1C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59AF791D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First-round pairings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BC64499" w14:textId="77777777" w:rsidR="00491D52" w:rsidRDefault="00000000">
            <w:pPr>
              <w:spacing w:after="0"/>
            </w:pPr>
            <w:r>
              <w:rPr>
                <w:sz w:val="18"/>
              </w:rPr>
              <w:t>Team names will be drawn at random to determine first-round matchups.</w:t>
            </w:r>
          </w:p>
        </w:tc>
      </w:tr>
      <w:tr w:rsidR="00491D52" w14:paraId="5BFA2DFB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F60A89B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Home team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4A312F8E" w14:textId="77777777" w:rsidR="00491D52" w:rsidRDefault="00000000">
            <w:pPr>
              <w:spacing w:after="0"/>
            </w:pPr>
            <w:r>
              <w:rPr>
                <w:sz w:val="18"/>
              </w:rPr>
              <w:t>The home team is determined by a coin flip before each game.</w:t>
            </w:r>
          </w:p>
        </w:tc>
      </w:tr>
      <w:tr w:rsidR="00491D52" w14:paraId="5139784A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7C2D665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Game length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8A79CDB" w14:textId="77777777" w:rsidR="00491D52" w:rsidRDefault="00000000">
            <w:pPr>
              <w:spacing w:after="0"/>
            </w:pPr>
            <w:r>
              <w:rPr>
                <w:sz w:val="18"/>
              </w:rPr>
              <w:t>Each game is limited to three innings. The championship game is four innings.</w:t>
            </w:r>
          </w:p>
        </w:tc>
      </w:tr>
      <w:tr w:rsidR="00491D52" w14:paraId="3183299C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4C89CF4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Run limit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3F3A0FF6" w14:textId="77777777" w:rsidR="00491D52" w:rsidRDefault="00000000">
            <w:pPr>
              <w:spacing w:after="0"/>
            </w:pPr>
            <w:r>
              <w:rPr>
                <w:sz w:val="18"/>
              </w:rPr>
              <w:t>A maximum of 10 runs may be scored by one team in an inning.</w:t>
            </w:r>
          </w:p>
        </w:tc>
      </w:tr>
      <w:tr w:rsidR="00491D52" w14:paraId="7202F503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0FE005F7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Games guaranteed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2051825D" w14:textId="77777777" w:rsidR="00491D52" w:rsidRDefault="00000000">
            <w:pPr>
              <w:spacing w:after="0"/>
            </w:pPr>
            <w:r>
              <w:rPr>
                <w:sz w:val="18"/>
              </w:rPr>
              <w:t>Each registered team is guaranteed at least two games, weather permitting.</w:t>
            </w:r>
          </w:p>
        </w:tc>
      </w:tr>
      <w:tr w:rsidR="00491D52" w14:paraId="64D31621" w14:textId="77777777">
        <w:trPr>
          <w:cantSplit/>
        </w:trPr>
        <w:tc>
          <w:tcPr>
            <w:tcW w:w="194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F0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767E5C03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8"/>
              </w:rPr>
              <w:t>Officials</w:t>
            </w:r>
          </w:p>
        </w:tc>
        <w:tc>
          <w:tcPr>
            <w:tcW w:w="74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FFFFF"/>
            <w:tcMar>
              <w:top w:w="58" w:type="dxa"/>
              <w:left w:w="95" w:type="dxa"/>
              <w:bottom w:w="58" w:type="dxa"/>
              <w:right w:w="95" w:type="dxa"/>
            </w:tcMar>
            <w:vAlign w:val="center"/>
          </w:tcPr>
          <w:p w14:paraId="689CDCE4" w14:textId="77777777" w:rsidR="00491D52" w:rsidRDefault="00000000">
            <w:pPr>
              <w:spacing w:after="0"/>
            </w:pPr>
            <w:r>
              <w:rPr>
                <w:sz w:val="18"/>
              </w:rPr>
              <w:t>Tournament officials and scorekeepers make the final call on field-specific scoring, outs, and safe play.</w:t>
            </w:r>
          </w:p>
        </w:tc>
      </w:tr>
    </w:tbl>
    <w:p w14:paraId="1104E122" w14:textId="77777777" w:rsidR="00491D52" w:rsidRDefault="00000000">
      <w:pPr>
        <w:spacing w:before="100" w:after="0"/>
      </w:pPr>
      <w:r>
        <w:rPr>
          <w:b/>
          <w:color w:val="D4442E"/>
          <w:sz w:val="18"/>
        </w:rPr>
        <w:t xml:space="preserve">Captain note: </w:t>
      </w:r>
      <w:r>
        <w:rPr>
          <w:b/>
          <w:color w:val="173B73"/>
          <w:sz w:val="18"/>
        </w:rPr>
        <w:t xml:space="preserve">Field-specific scoring and virtual-runner placement will be reviewed before the first </w:t>
      </w:r>
      <w:proofErr w:type="gramStart"/>
      <w:r>
        <w:rPr>
          <w:b/>
          <w:color w:val="173B73"/>
          <w:sz w:val="18"/>
        </w:rPr>
        <w:t>pitch</w:t>
      </w:r>
      <w:proofErr w:type="gramEnd"/>
      <w:r>
        <w:rPr>
          <w:b/>
          <w:color w:val="173B73"/>
          <w:sz w:val="18"/>
        </w:rPr>
        <w:t xml:space="preserve"> so every team receives the same instructions.</w:t>
      </w:r>
    </w:p>
    <w:p w14:paraId="033D9379" w14:textId="77777777" w:rsidR="00491D52" w:rsidRDefault="00000000">
      <w:r>
        <w:br w:type="page"/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7848"/>
        <w:gridCol w:w="1512"/>
      </w:tblGrid>
      <w:tr w:rsidR="00491D52" w14:paraId="04571B8A" w14:textId="77777777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F2C52" w14:textId="77777777" w:rsidR="00491D52" w:rsidRDefault="00000000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23783E21" wp14:editId="56F42ACA">
                  <wp:extent cx="2560320" cy="689635"/>
                  <wp:effectExtent l="0" t="0" r="0" b="0"/>
                  <wp:docPr id="5" name="Picture 5" descr="Jewish Federation of Dutchess County logo" title="Jewish Federation of Dutchess Coun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fe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68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43BCE" w14:textId="77777777" w:rsidR="00491D52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701A6710" wp14:editId="3FF0CF4B">
                  <wp:extent cx="512064" cy="512064"/>
                  <wp:effectExtent l="0" t="0" r="0" b="0"/>
                  <wp:docPr id="6" name="Picture 6" descr="Illustrated Wiffle ball" title="Wiffle 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iffle_b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83E79" w14:textId="77777777" w:rsidR="00491D52" w:rsidRDefault="00491D52">
      <w:pPr>
        <w:spacing w:after="20"/>
      </w:pPr>
    </w:p>
    <w:p w14:paraId="49116A6B" w14:textId="77777777" w:rsidR="00491D52" w:rsidRDefault="00000000">
      <w:pPr>
        <w:spacing w:after="40"/>
      </w:pPr>
      <w:r>
        <w:rPr>
          <w:b/>
          <w:color w:val="D4442E"/>
          <w:sz w:val="20"/>
        </w:rPr>
        <w:t>TEAM FORM</w:t>
      </w:r>
    </w:p>
    <w:p w14:paraId="3C2C6922" w14:textId="77777777" w:rsidR="00491D52" w:rsidRDefault="00000000">
      <w:pPr>
        <w:keepNext/>
        <w:spacing w:after="40"/>
      </w:pPr>
      <w:r>
        <w:rPr>
          <w:b/>
          <w:color w:val="1746B5"/>
          <w:sz w:val="41"/>
        </w:rPr>
        <w:t>Players &amp; Alternates Roster</w:t>
      </w:r>
    </w:p>
    <w:p w14:paraId="0ECA042A" w14:textId="77777777" w:rsidR="00491D52" w:rsidRDefault="00000000">
      <w:pPr>
        <w:spacing w:after="140"/>
      </w:pPr>
      <w:r>
        <w:rPr>
          <w:b/>
          <w:color w:val="173B73"/>
          <w:sz w:val="23"/>
        </w:rPr>
        <w:t>Minimum 5 players. Up to 20 players and alternates may be listed.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491D52" w14:paraId="7E51DF1D" w14:textId="77777777">
        <w:tc>
          <w:tcPr>
            <w:tcW w:w="9360" w:type="dxa"/>
            <w:tcBorders>
              <w:top w:val="single" w:sz="10" w:space="0" w:color="F6D75F"/>
              <w:left w:val="single" w:sz="10" w:space="0" w:color="F6D75F"/>
              <w:bottom w:val="single" w:sz="10" w:space="0" w:color="F6D75F"/>
              <w:right w:val="single" w:sz="10" w:space="0" w:color="F6D75F"/>
            </w:tcBorders>
            <w:shd w:val="clear" w:color="auto" w:fill="FFF6C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0E6551" w14:textId="77777777" w:rsidR="00491D52" w:rsidRDefault="00000000">
            <w:pPr>
              <w:spacing w:after="0"/>
              <w:jc w:val="center"/>
            </w:pPr>
            <w:r>
              <w:rPr>
                <w:b/>
                <w:color w:val="173B73"/>
              </w:rPr>
              <w:t>FIVE PLAYERS FROM EACH TEAM TAKE THE FIELD AT A TIME</w:t>
            </w:r>
          </w:p>
        </w:tc>
      </w:tr>
    </w:tbl>
    <w:p w14:paraId="25E96422" w14:textId="77777777" w:rsidR="00491D52" w:rsidRDefault="00491D52">
      <w:pPr>
        <w:spacing w:after="6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91D52" w14:paraId="3BD82EE5" w14:textId="77777777">
        <w:tc>
          <w:tcPr>
            <w:tcW w:w="4680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5B324ED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9"/>
              </w:rPr>
              <w:t>TEAM NAME: __________________________________</w:t>
            </w:r>
          </w:p>
        </w:tc>
        <w:tc>
          <w:tcPr>
            <w:tcW w:w="4680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49C50E5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9"/>
              </w:rPr>
              <w:t>TEAM CAPTAIN: _______________________________</w:t>
            </w:r>
          </w:p>
        </w:tc>
      </w:tr>
      <w:tr w:rsidR="00491D52" w14:paraId="60D1E1FB" w14:textId="77777777">
        <w:tc>
          <w:tcPr>
            <w:tcW w:w="4680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6F8BC887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9"/>
              </w:rPr>
              <w:t>CAPTAIN PHONE: ______________________________</w:t>
            </w:r>
          </w:p>
        </w:tc>
        <w:tc>
          <w:tcPr>
            <w:tcW w:w="4680" w:type="dxa"/>
            <w:tcBorders>
              <w:top w:val="single" w:sz="5" w:space="0" w:color="D0D5DD"/>
              <w:left w:val="single" w:sz="5" w:space="0" w:color="D0D5DD"/>
              <w:bottom w:val="single" w:sz="5" w:space="0" w:color="D0D5DD"/>
              <w:right w:val="single" w:sz="5" w:space="0" w:color="D0D5DD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6098CBDE" w14:textId="77777777" w:rsidR="00491D52" w:rsidRDefault="00000000">
            <w:pPr>
              <w:spacing w:after="0"/>
            </w:pPr>
            <w:r>
              <w:rPr>
                <w:b/>
                <w:color w:val="173B73"/>
                <w:sz w:val="19"/>
              </w:rPr>
              <w:t>CAPTAIN EMAIL: _______________________________</w:t>
            </w:r>
          </w:p>
        </w:tc>
      </w:tr>
    </w:tbl>
    <w:p w14:paraId="6ED74E52" w14:textId="397668BA" w:rsidR="00491D52" w:rsidRPr="00DD07DA" w:rsidRDefault="00DD07DA" w:rsidP="00DD07DA">
      <w:pPr>
        <w:spacing w:before="100" w:after="0"/>
        <w:rPr>
          <w:bCs/>
        </w:rPr>
      </w:pPr>
      <w:r w:rsidRPr="00DD07DA">
        <w:rPr>
          <w:bCs/>
          <w:color w:val="173B73"/>
          <w:sz w:val="18"/>
        </w:rPr>
        <w:t xml:space="preserve">Return roster by Wed, October 21 to events@JewishDutchess.org. Express interest before your roster is complete. Last-minute substitutes must be added to roster </w:t>
      </w:r>
      <w:r>
        <w:rPr>
          <w:bCs/>
          <w:color w:val="173B73"/>
          <w:sz w:val="18"/>
        </w:rPr>
        <w:t>and</w:t>
      </w:r>
      <w:r w:rsidRPr="00DD07DA">
        <w:rPr>
          <w:bCs/>
          <w:color w:val="173B73"/>
          <w:sz w:val="18"/>
        </w:rPr>
        <w:t xml:space="preserve"> sign the Participant Acknowledgment at check-in before playing.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548"/>
        <w:gridCol w:w="3384"/>
        <w:gridCol w:w="1180"/>
        <w:gridCol w:w="4248"/>
      </w:tblGrid>
      <w:tr w:rsidR="00491D52" w14:paraId="2E6192ED" w14:textId="77777777" w:rsidTr="00DD07DA">
        <w:trPr>
          <w:trHeight w:hRule="exact" w:val="533"/>
          <w:tblHeader/>
        </w:trPr>
        <w:tc>
          <w:tcPr>
            <w:tcW w:w="548" w:type="dxa"/>
            <w:tcBorders>
              <w:top w:val="single" w:sz="6" w:space="0" w:color="1746B5"/>
              <w:left w:val="single" w:sz="6" w:space="0" w:color="FFFFFF"/>
              <w:bottom w:val="single" w:sz="6" w:space="0" w:color="1746B5"/>
              <w:right w:val="single" w:sz="6" w:space="0" w:color="FFFFFF"/>
            </w:tcBorders>
            <w:shd w:val="clear" w:color="auto" w:fill="1746B5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E48E75" w14:textId="77777777" w:rsidR="00491D5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384" w:type="dxa"/>
            <w:tcBorders>
              <w:top w:val="single" w:sz="6" w:space="0" w:color="1746B5"/>
              <w:left w:val="single" w:sz="6" w:space="0" w:color="FFFFFF"/>
              <w:bottom w:val="single" w:sz="6" w:space="0" w:color="1746B5"/>
              <w:right w:val="single" w:sz="6" w:space="0" w:color="FFFFFF"/>
            </w:tcBorders>
            <w:shd w:val="clear" w:color="auto" w:fill="1746B5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F3A0348" w14:textId="77777777" w:rsidR="00491D52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PLAYER OR ALTERNATE</w:t>
            </w:r>
          </w:p>
        </w:tc>
        <w:tc>
          <w:tcPr>
            <w:tcW w:w="1180" w:type="dxa"/>
            <w:tcBorders>
              <w:top w:val="single" w:sz="6" w:space="0" w:color="1746B5"/>
              <w:left w:val="single" w:sz="6" w:space="0" w:color="FFFFFF"/>
              <w:bottom w:val="single" w:sz="6" w:space="0" w:color="1746B5"/>
              <w:right w:val="single" w:sz="6" w:space="0" w:color="FFFFFF"/>
            </w:tcBorders>
            <w:shd w:val="clear" w:color="auto" w:fill="1746B5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9CC6C2" w14:textId="77777777" w:rsidR="00491D52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ADULT /</w:t>
            </w:r>
            <w:r>
              <w:rPr>
                <w:b/>
                <w:color w:val="FFFFFF"/>
                <w:sz w:val="18"/>
              </w:rPr>
              <w:br/>
              <w:t>MINOR</w:t>
            </w:r>
          </w:p>
        </w:tc>
        <w:tc>
          <w:tcPr>
            <w:tcW w:w="4248" w:type="dxa"/>
            <w:tcBorders>
              <w:top w:val="single" w:sz="6" w:space="0" w:color="1746B5"/>
              <w:left w:val="single" w:sz="6" w:space="0" w:color="FFFFFF"/>
              <w:bottom w:val="single" w:sz="6" w:space="0" w:color="1746B5"/>
              <w:right w:val="single" w:sz="6" w:space="0" w:color="FFFFFF"/>
            </w:tcBorders>
            <w:shd w:val="clear" w:color="auto" w:fill="1746B5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C81E601" w14:textId="77777777" w:rsidR="00491D52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PHONE and EMAIL</w:t>
            </w:r>
          </w:p>
        </w:tc>
      </w:tr>
      <w:tr w:rsidR="00491D52" w14:paraId="1E9D4241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4E4A6A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689A6D1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9D15F63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455366" w14:textId="77777777" w:rsidR="00B0387C" w:rsidRDefault="00B0387C">
            <w:pPr>
              <w:spacing w:after="0"/>
            </w:pPr>
          </w:p>
        </w:tc>
      </w:tr>
      <w:tr w:rsidR="00491D52" w14:paraId="3D24E18D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03750F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9AE71D4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451A065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82F604" w14:textId="77777777" w:rsidR="00B0387C" w:rsidRDefault="00B0387C">
            <w:pPr>
              <w:spacing w:after="0"/>
            </w:pPr>
          </w:p>
        </w:tc>
      </w:tr>
      <w:tr w:rsidR="00491D52" w14:paraId="2CCD8223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EDBFDB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E60209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E8E611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CEE900" w14:textId="77777777" w:rsidR="00B0387C" w:rsidRDefault="00B0387C">
            <w:pPr>
              <w:spacing w:after="0"/>
            </w:pPr>
          </w:p>
        </w:tc>
      </w:tr>
      <w:tr w:rsidR="00491D52" w14:paraId="7F75DCEE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3064A16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511E0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19B76B8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4266176" w14:textId="77777777" w:rsidR="00B0387C" w:rsidRDefault="00B0387C">
            <w:pPr>
              <w:spacing w:after="0"/>
            </w:pPr>
          </w:p>
        </w:tc>
      </w:tr>
      <w:tr w:rsidR="00491D52" w14:paraId="665D1623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A99A68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958309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2D0E8C1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7E10F4" w14:textId="77777777" w:rsidR="00B0387C" w:rsidRDefault="00B0387C">
            <w:pPr>
              <w:spacing w:after="0"/>
            </w:pPr>
          </w:p>
        </w:tc>
      </w:tr>
      <w:tr w:rsidR="00491D52" w14:paraId="697AAB40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273115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92A97A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37C85A9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208427" w14:textId="77777777" w:rsidR="00B0387C" w:rsidRDefault="00B0387C">
            <w:pPr>
              <w:spacing w:after="0"/>
            </w:pPr>
          </w:p>
        </w:tc>
      </w:tr>
      <w:tr w:rsidR="00491D52" w14:paraId="3923684F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08A359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6F52CA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9C7F7D6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7B8829" w14:textId="77777777" w:rsidR="00B0387C" w:rsidRDefault="00B0387C">
            <w:pPr>
              <w:spacing w:after="0"/>
            </w:pPr>
          </w:p>
        </w:tc>
      </w:tr>
      <w:tr w:rsidR="00491D52" w14:paraId="42BF9E16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656941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383B230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57B187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427CEE" w14:textId="77777777" w:rsidR="00B0387C" w:rsidRDefault="00B0387C">
            <w:pPr>
              <w:spacing w:after="0"/>
            </w:pPr>
          </w:p>
        </w:tc>
      </w:tr>
      <w:tr w:rsidR="00491D52" w14:paraId="01832F14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2093D9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9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D4CE37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6F7DA6A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82E474" w14:textId="77777777" w:rsidR="00B0387C" w:rsidRDefault="00B0387C">
            <w:pPr>
              <w:spacing w:after="0"/>
            </w:pPr>
          </w:p>
        </w:tc>
      </w:tr>
      <w:tr w:rsidR="00491D52" w14:paraId="180878B4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B1CC30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FF31093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CFB328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18B5EF" w14:textId="77777777" w:rsidR="00B0387C" w:rsidRDefault="00B0387C">
            <w:pPr>
              <w:spacing w:after="0"/>
            </w:pPr>
          </w:p>
        </w:tc>
      </w:tr>
      <w:tr w:rsidR="00491D52" w14:paraId="5945F31B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80B53EE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11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9F9054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70A933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17FCB1" w14:textId="77777777" w:rsidR="00B0387C" w:rsidRDefault="00B0387C">
            <w:pPr>
              <w:spacing w:after="0"/>
            </w:pPr>
          </w:p>
        </w:tc>
      </w:tr>
      <w:tr w:rsidR="00491D52" w14:paraId="4E233080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B8C46B8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12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8200F8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96C1B29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AD17C" w14:textId="77777777" w:rsidR="00B0387C" w:rsidRDefault="00B0387C">
            <w:pPr>
              <w:spacing w:after="0"/>
            </w:pPr>
          </w:p>
        </w:tc>
      </w:tr>
      <w:tr w:rsidR="00491D52" w14:paraId="03936755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089004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13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E89CA69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26F9A1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438D5F" w14:textId="77777777" w:rsidR="00B0387C" w:rsidRDefault="00B0387C">
            <w:pPr>
              <w:spacing w:after="0"/>
            </w:pPr>
          </w:p>
        </w:tc>
      </w:tr>
      <w:tr w:rsidR="00491D52" w14:paraId="24022563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8EFD7FC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14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3DA98D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C9E593E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8FAF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D28341" w14:textId="77777777" w:rsidR="00B0387C" w:rsidRDefault="00B0387C">
            <w:pPr>
              <w:spacing w:after="0"/>
            </w:pPr>
          </w:p>
        </w:tc>
      </w:tr>
      <w:tr w:rsidR="00491D52" w14:paraId="1DB9C2E7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1611977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1A9D30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90CDB54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472741" w14:textId="77777777" w:rsidR="00B0387C" w:rsidRDefault="00B0387C">
            <w:pPr>
              <w:spacing w:after="0"/>
            </w:pPr>
          </w:p>
        </w:tc>
      </w:tr>
      <w:tr w:rsidR="00491D52" w14:paraId="0CA625BA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A76ED09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16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70594C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1E8928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280A77D" w14:textId="77777777" w:rsidR="00B0387C" w:rsidRDefault="00B0387C">
            <w:pPr>
              <w:spacing w:after="0"/>
            </w:pPr>
          </w:p>
        </w:tc>
      </w:tr>
      <w:tr w:rsidR="00491D52" w14:paraId="788BEB5F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0216B4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17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2DD1D5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CD79512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7EB253" w14:textId="77777777" w:rsidR="00B0387C" w:rsidRDefault="00B0387C">
            <w:pPr>
              <w:spacing w:after="0"/>
            </w:pPr>
          </w:p>
        </w:tc>
      </w:tr>
      <w:tr w:rsidR="00491D52" w14:paraId="101BA11E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AD197D2" w14:textId="77777777" w:rsidR="00B0387C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18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5BA13F4" w14:textId="77777777" w:rsidR="00B0387C" w:rsidRDefault="00B0387C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9C481E" w14:textId="77777777" w:rsidR="00B0387C" w:rsidRDefault="00B0387C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875D86" w14:textId="77777777" w:rsidR="00B0387C" w:rsidRDefault="00B0387C">
            <w:pPr>
              <w:spacing w:after="0"/>
            </w:pPr>
          </w:p>
        </w:tc>
      </w:tr>
      <w:tr w:rsidR="00DD07DA" w14:paraId="13C0621C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F00C1A9" w14:textId="272DDCE6" w:rsidR="00DD07DA" w:rsidRDefault="00DD07DA" w:rsidP="00DD07DA">
            <w:pPr>
              <w:spacing w:after="0"/>
              <w:jc w:val="center"/>
            </w:pPr>
            <w:r>
              <w:rPr>
                <w:b/>
                <w:sz w:val="16"/>
              </w:rPr>
              <w:t>19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1227FE" w14:textId="77777777" w:rsidR="00DD07DA" w:rsidRDefault="00DD07DA" w:rsidP="00DD07DA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2950C91" w14:textId="77777777" w:rsidR="00DD07DA" w:rsidRDefault="00DD07DA" w:rsidP="00DD07DA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1019F3" w14:textId="77777777" w:rsidR="00DD07DA" w:rsidRDefault="00DD07DA" w:rsidP="00DD07DA">
            <w:pPr>
              <w:spacing w:after="0"/>
            </w:pPr>
          </w:p>
        </w:tc>
      </w:tr>
      <w:tr w:rsidR="00DD07DA" w14:paraId="1122BAAC" w14:textId="77777777" w:rsidTr="00DD07DA">
        <w:trPr>
          <w:cantSplit/>
          <w:trHeight w:hRule="exact" w:val="334"/>
        </w:trPr>
        <w:tc>
          <w:tcPr>
            <w:tcW w:w="5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580275E" w14:textId="0CE541C5" w:rsidR="00DD07DA" w:rsidRPr="00DD07DA" w:rsidRDefault="00DD07DA" w:rsidP="008D1D1A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3384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730363" w14:textId="77777777" w:rsidR="00DD07DA" w:rsidRDefault="00DD07DA" w:rsidP="008D1D1A">
            <w:pPr>
              <w:spacing w:after="0"/>
            </w:pPr>
          </w:p>
        </w:tc>
        <w:tc>
          <w:tcPr>
            <w:tcW w:w="1180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55B653" w14:textId="77777777" w:rsidR="00DD07DA" w:rsidRDefault="00DD07DA" w:rsidP="008D1D1A">
            <w:pPr>
              <w:spacing w:after="0"/>
            </w:pPr>
          </w:p>
        </w:tc>
        <w:tc>
          <w:tcPr>
            <w:tcW w:w="4248" w:type="dxa"/>
            <w:tcBorders>
              <w:top w:val="single" w:sz="4" w:space="0" w:color="B8C3D6"/>
              <w:left w:val="single" w:sz="4" w:space="0" w:color="B8C3D6"/>
              <w:bottom w:val="single" w:sz="4" w:space="0" w:color="B8C3D6"/>
              <w:right w:val="single" w:sz="4" w:space="0" w:color="B8C3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E403AF5" w14:textId="77777777" w:rsidR="00DD07DA" w:rsidRDefault="00DD07DA" w:rsidP="008D1D1A">
            <w:pPr>
              <w:spacing w:after="0"/>
            </w:pPr>
          </w:p>
        </w:tc>
      </w:tr>
    </w:tbl>
    <w:p w14:paraId="48542EB6" w14:textId="2570C711" w:rsidR="00491D52" w:rsidRDefault="00491D52" w:rsidP="00DD07DA">
      <w:pPr>
        <w:spacing w:after="0" w:line="20" w:lineRule="exact"/>
        <w:rPr>
          <w:vanish/>
          <w:sz w:val="2"/>
          <w:szCs w:val="2"/>
        </w:rPr>
      </w:pPr>
    </w:p>
    <w:sectPr w:rsidR="00491D52" w:rsidSect="00034616">
      <w:headerReference w:type="default" r:id="rId10"/>
      <w:footerReference w:type="default" r:id="rId11"/>
      <w:pgSz w:w="12240" w:h="15840"/>
      <w:pgMar w:top="936" w:right="1440" w:bottom="936" w:left="1440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CE41A4" w14:textId="77777777" w:rsidR="00770332" w:rsidRDefault="00770332">
      <w:pPr>
        <w:spacing w:after="0" w:line="240" w:lineRule="auto"/>
      </w:pPr>
      <w:r>
        <w:separator/>
      </w:r>
    </w:p>
  </w:endnote>
  <w:endnote w:type="continuationSeparator" w:id="0">
    <w:p w14:paraId="77644174" w14:textId="77777777" w:rsidR="00770332" w:rsidRDefault="0077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339C8B" w14:textId="77777777" w:rsidR="00491D52" w:rsidRDefault="00000000">
    <w:pPr>
      <w:pStyle w:val="Footer"/>
      <w:jc w:val="center"/>
    </w:pPr>
    <w:r>
      <w:rPr>
        <w:color w:val="667085"/>
        <w:sz w:val="17"/>
      </w:rPr>
      <w:t xml:space="preserve">Jewish Federation of Dutchess </w:t>
    </w:r>
    <w:proofErr w:type="gramStart"/>
    <w:r>
      <w:rPr>
        <w:color w:val="667085"/>
        <w:sz w:val="17"/>
      </w:rPr>
      <w:t>County  |</w:t>
    </w:r>
    <w:proofErr w:type="gramEnd"/>
    <w:r>
      <w:rPr>
        <w:color w:val="667085"/>
        <w:sz w:val="17"/>
      </w:rPr>
      <w:t xml:space="preserve">  </w:t>
    </w:r>
    <w:proofErr w:type="gramStart"/>
    <w:r>
      <w:rPr>
        <w:color w:val="667085"/>
        <w:sz w:val="17"/>
      </w:rPr>
      <w:t>events@JewishDutchess.org  |</w:t>
    </w:r>
    <w:proofErr w:type="gramEnd"/>
    <w:r>
      <w:rPr>
        <w:color w:val="667085"/>
        <w:sz w:val="17"/>
      </w:rPr>
      <w:t xml:space="preserve">  845-471-</w:t>
    </w:r>
    <w:proofErr w:type="gramStart"/>
    <w:r>
      <w:rPr>
        <w:color w:val="667085"/>
        <w:sz w:val="17"/>
      </w:rPr>
      <w:t>9811  |</w:t>
    </w:r>
    <w:proofErr w:type="gramEnd"/>
    <w:r>
      <w:rPr>
        <w:color w:val="667085"/>
        <w:sz w:val="17"/>
      </w:rPr>
      <w:t xml:space="preserve">  Page </w:t>
    </w:r>
    <w:r>
      <w:rPr>
        <w:color w:val="667085"/>
        <w:sz w:val="18"/>
      </w:rPr>
      <w:fldChar w:fldCharType="begin"/>
    </w:r>
    <w:r>
      <w:rPr>
        <w:color w:val="667085"/>
        <w:sz w:val="18"/>
      </w:rPr>
      <w:instrText>PAGE</w:instrText>
    </w:r>
    <w:r>
      <w:rPr>
        <w:color w:val="667085"/>
        <w:sz w:val="18"/>
      </w:rPr>
      <w:fldChar w:fldCharType="separate"/>
    </w:r>
    <w:r>
      <w:rPr>
        <w:color w:val="667085"/>
        <w:sz w:val="18"/>
      </w:rPr>
      <w:t>1</w:t>
    </w:r>
    <w:r>
      <w:rPr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06C4B1" w14:textId="77777777" w:rsidR="00770332" w:rsidRDefault="00770332">
      <w:pPr>
        <w:spacing w:after="0" w:line="240" w:lineRule="auto"/>
      </w:pPr>
      <w:r>
        <w:separator/>
      </w:r>
    </w:p>
  </w:footnote>
  <w:footnote w:type="continuationSeparator" w:id="0">
    <w:p w14:paraId="62AF3A37" w14:textId="77777777" w:rsidR="00770332" w:rsidRDefault="0077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99C88" w14:textId="77777777" w:rsidR="00491D52" w:rsidRDefault="00000000">
    <w:pPr>
      <w:pStyle w:val="Header"/>
      <w:pBdr>
        <w:bottom w:val="single" w:sz="8" w:space="2" w:color="1746B5"/>
      </w:pBdr>
    </w:pPr>
    <w:r>
      <w:rPr>
        <w:b/>
        <w:color w:val="667085"/>
        <w:sz w:val="17"/>
      </w:rPr>
      <w:t xml:space="preserve">HIT AFTER THE HOLIDAYS </w:t>
    </w:r>
    <w:proofErr w:type="gramStart"/>
    <w:r>
      <w:rPr>
        <w:b/>
        <w:color w:val="667085"/>
        <w:sz w:val="17"/>
      </w:rPr>
      <w:t>2026  |</w:t>
    </w:r>
    <w:proofErr w:type="gramEnd"/>
    <w:r>
      <w:rPr>
        <w:b/>
        <w:color w:val="667085"/>
        <w:sz w:val="17"/>
      </w:rPr>
      <w:t xml:space="preserve">  TEAM CAPTAIN PACKET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97890">
    <w:abstractNumId w:val="8"/>
  </w:num>
  <w:num w:numId="2" w16cid:durableId="2072773629">
    <w:abstractNumId w:val="6"/>
  </w:num>
  <w:num w:numId="3" w16cid:durableId="466093230">
    <w:abstractNumId w:val="5"/>
  </w:num>
  <w:num w:numId="4" w16cid:durableId="1842160701">
    <w:abstractNumId w:val="4"/>
  </w:num>
  <w:num w:numId="5" w16cid:durableId="1573394373">
    <w:abstractNumId w:val="7"/>
  </w:num>
  <w:num w:numId="6" w16cid:durableId="376441778">
    <w:abstractNumId w:val="3"/>
  </w:num>
  <w:num w:numId="7" w16cid:durableId="779491566">
    <w:abstractNumId w:val="2"/>
  </w:num>
  <w:num w:numId="8" w16cid:durableId="1867255364">
    <w:abstractNumId w:val="1"/>
  </w:num>
  <w:num w:numId="9" w16cid:durableId="1246377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D6A"/>
    <w:rsid w:val="00034616"/>
    <w:rsid w:val="00060544"/>
    <w:rsid w:val="0006063C"/>
    <w:rsid w:val="00065CF6"/>
    <w:rsid w:val="000D0C60"/>
    <w:rsid w:val="000E7E6C"/>
    <w:rsid w:val="0015074B"/>
    <w:rsid w:val="00244C22"/>
    <w:rsid w:val="00265D32"/>
    <w:rsid w:val="0029639D"/>
    <w:rsid w:val="00326F90"/>
    <w:rsid w:val="00332EAA"/>
    <w:rsid w:val="00491D52"/>
    <w:rsid w:val="00547E3D"/>
    <w:rsid w:val="006B4F40"/>
    <w:rsid w:val="00770332"/>
    <w:rsid w:val="009341C7"/>
    <w:rsid w:val="00981200"/>
    <w:rsid w:val="00A00F6E"/>
    <w:rsid w:val="00AA1D8D"/>
    <w:rsid w:val="00B0387C"/>
    <w:rsid w:val="00B47730"/>
    <w:rsid w:val="00B61393"/>
    <w:rsid w:val="00BA46D8"/>
    <w:rsid w:val="00CB0664"/>
    <w:rsid w:val="00DD07DA"/>
    <w:rsid w:val="00F46304"/>
    <w:rsid w:val="00FC693F"/>
    <w:rsid w:val="00FC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22986F"/>
  <w14:defaultImageDpi w14:val="300"/>
  <w15:docId w15:val="{1A5AE61B-B021-9D4E-826A-AFF10C61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822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746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746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73B7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547" w:hanging="274"/>
      <w:contextualSpacing/>
    </w:pPr>
    <w:rPr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547" w:hanging="274"/>
      <w:contextualSpacing/>
    </w:pPr>
    <w:rPr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66708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Hit After The Holidays 2026 - Team Captain Packet</vt:lpstr>
    </vt:vector>
  </TitlesOfParts>
  <Manager/>
  <Company/>
  <LinksUpToDate>false</LinksUpToDate>
  <CharactersWithSpaces>3950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Hit After The Holidays 2026 - Team Captain Packet</dc:title>
  <dc:subject>Team captain guide, tournament rules, roster, and participant acknowledgment</dc:subject>
  <dc:creator>Jewish Federation of Dutchess County</dc:creator>
  <cp:keywords>Hit After The Holidays, Wiffle Ball, Jewish Federation of Dutchess County</cp:keywords>
  <dc:description>generated by python-docx</dc:description>
  <cp:lastModifiedBy>info jewishdutchess.org</cp:lastModifiedBy>
  <cp:revision>2</cp:revision>
  <dcterms:created xsi:type="dcterms:W3CDTF">2026-09-09T01:07:00Z</dcterms:created>
  <dcterms:modified xsi:type="dcterms:W3CDTF">2026-09-09T01:07:00Z</dcterms:modified>
  <cp:category/>
</cp:coreProperties>
</file>